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ליום העלייה ולתאריך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במילים מהשורש ע-ל-ה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לסיפורים אישיים על עלייה ולזהות פרטים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בגדים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לכן הוא נקרא העולה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מביאים גם מתכונים, שירים ושפות שלא נכנסים למזוודה.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מספרת בסיפור האישי.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מספרת שבהתחלה לא דיברה 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(הגעה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(מכשיר שעולה ויורד בבניין)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(פרשת השבוע שבה אברהם עוזב את ביתו)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חדשות: למה חוגגים עלייה בז'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כאן: מה יש במזוודה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אישי: שתי עליות, משפחה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ביום: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מודעות קטנות לשבוע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פירוט על הפריט ועל הקשר הרגשי אליו, בשתיים-שלוש משפטים.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מילה מהשורש ע-ל-ה והסבר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לזהות או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משפחתי אם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יש חג בבית הספר על עלייה לישראל. נקרא סיפורים קצרים ונלמד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לבוא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שבא לגור בישראל לא מזמן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גדול שלוקחים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ע-ל-ה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באות מילים כמו עולה ועלייה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מהתורה שבו אברהם עוזב את הבית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שעולה ויורד בבניין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להכנת מאכל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החליטה על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הממשלה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פרשה קוראים השבוע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בתיק של העולה?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ארץ באה סבתא מזל?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העלייה נקבע על ידי הכנסת בשנת 2016.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אבינו עזב את הבית שלו והלך לארץ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הדברים שהעולים מביאים נכנסים למזוודה.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מזל הביאה איתה סיר גדול והרבה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נועה דיברה עברית מהיום הראשון שהגיעה לישראל.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הוא העולה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העולים מביאים מתכונים, שירים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ירושלים יושבת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שבא לגור בישראל נקרא __________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עולים במדרגות או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הגעה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פרשת השבוע שבה אברהם עוזב את ביתו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שבא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ללכת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מכשיר שעולה ויורד בבניין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הגיליון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אישי: שתי עליות, משפחה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מודעות קטנות לשבוע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החיים כאן: מה יש במזוודה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חדשות: למה חוגגים עלייה בז' בחשוון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ביום: לעלות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פריט אחד שהייתם שמים במזוודה שלכם אם הייתם עולים חדשים,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החדשה שלמדתם השבוע,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אישי 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שמים במזוודה שלכם אם הייתם עולים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-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