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עִתּוֹן קַל – עיתון בעברית קלה ומנוקדת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שבוע העלייה - סיפורים מכל העולם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הרקע ליום העלייה ולתאריך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ולהשתמש במילים מהשורש ע-ל-ה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להתחבר לסיפורים אישיים על עלייה ולזהות פרטים בהם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ז' בחשוון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בגדים ותמונות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לכן הוא נקרא העולה הראשון.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היא מספרת בסיפור האישי.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(ללכת למעלה)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(מי שבא לגור בישראל)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(מכשיר שעולה ויורד בבניין)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הגיליון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חדשות: למה חוגגים עלייה בז' בחשוון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החיים כאן: מה יש במזוודה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סיפור אישי: שתי עליות, משפחה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מילה ביום: לעלות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עם פירוט על הפריט ועל הקשר הרגשי אליו, בשתיים-שלוש משפטים.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עם מילה מהשורש ע-ל-ה והסבר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עם נימוק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הקשורה לזהות או למשפחה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הקטעים בקול לפני המענה על השאלות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לשתף סיפור משפחתי אם נוח 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החינוך המיוחד אפשר להשמיט את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עִתּוֹן קַל – עיתון בעברית קלה ומנוקדת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שבוע העלייה - סיפורים מכל העולם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השבוע חוגגים בבתי הספר את יום העלייה. קוראים על הרקע לחג, על סיפורים אישיים של עולים, ועל מילים מהשורש ע-ל-ה.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הרים  ·  שפות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באיזה תאריך עברי חוגגים את יום העלייה בבתי הספר?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י' בניסן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ז' בחשוון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כ"ט בחשוון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יש במזוודה של העולה החדש, לפי הכתבה?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בגדים ותמונות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רק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מחשב חדש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אברהם אבינו עזב את הבית שלו והלך לארץ חדשה.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סבתא מזל הביאה איתה סיר גדול והרבה שירים.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העולים מביאים מתכונים, שירים ו__________.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ירושלים יושבת על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לעלות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מכשיר שעולה ויורד בבניין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עולה חדש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ללכת למעלה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מעלית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מי שבא לגור בישראל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הגיליון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סיפור אישי: שתי עליות, משפחה אחת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מילה ביום: לעלות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חדשות: למה חוגגים עלייה בז' בחשוון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החיים כאן: מה יש במזוודה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תארו פריט אחד שהייתם שמים במזוודה שלכם אם הייתם עולים חדשים, ולמה הוא חשוב 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המילה החדשה שלמדתם השבוע, ומה פירושה?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איזה סיפור אישי הכי נגע ללב שלכם,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שבוע העלייה - סיפורים מכל העולם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